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ABD8F" w14:textId="79E99F30" w:rsidR="00BF3814" w:rsidRDefault="00F11EF8">
      <w:pPr>
        <w:pStyle w:val="Heading1"/>
        <w:jc w:val="center"/>
      </w:pPr>
      <w:r>
        <w:t>Privacy Policy</w:t>
      </w:r>
    </w:p>
    <w:p w14:paraId="10517BE1" w14:textId="77777777" w:rsidR="00BF3814" w:rsidRDefault="00F11EF8">
      <w:pPr>
        <w:pStyle w:val="Heading2"/>
      </w:pPr>
      <w:r>
        <w:t>Effective Date</w:t>
      </w:r>
    </w:p>
    <w:p w14:paraId="210A2515" w14:textId="35E903D2" w:rsidR="00BF3814" w:rsidRDefault="00487065">
      <w:r>
        <w:t>05/01/2026</w:t>
      </w:r>
    </w:p>
    <w:p w14:paraId="1D3D4EE7" w14:textId="77777777" w:rsidR="00BF3814" w:rsidRDefault="00F11EF8">
      <w:pPr>
        <w:pStyle w:val="Heading2"/>
      </w:pPr>
      <w:r>
        <w:t>Last Updated</w:t>
      </w:r>
    </w:p>
    <w:p w14:paraId="5408B734" w14:textId="48B9E8A0" w:rsidR="00BF3814" w:rsidRDefault="00487065">
      <w:r>
        <w:t>07/01/2026</w:t>
      </w:r>
    </w:p>
    <w:p w14:paraId="6D692413" w14:textId="77777777" w:rsidR="00BF3814" w:rsidRDefault="00F11EF8">
      <w:pPr>
        <w:pStyle w:val="Heading2"/>
      </w:pPr>
      <w:r>
        <w:t>1. Introduction</w:t>
      </w:r>
    </w:p>
    <w:p w14:paraId="7599D31A" w14:textId="780B5DD6" w:rsidR="00BF3814" w:rsidRDefault="00F11EF8">
      <w:r>
        <w:t xml:space="preserve">Welcome to </w:t>
      </w:r>
      <w:r w:rsidR="008139C9">
        <w:t xml:space="preserve">SUNRISE POPPY TRANSPORT. </w:t>
      </w:r>
      <w:r>
        <w:t xml:space="preserve"> This Privacy Policy explains how we collect, use, disclose, and protect your information when you use our services.</w:t>
      </w:r>
    </w:p>
    <w:p w14:paraId="2944835C" w14:textId="77777777" w:rsidR="00BF3814" w:rsidRDefault="00F11EF8">
      <w:pPr>
        <w:pStyle w:val="Heading2"/>
      </w:pPr>
      <w:r>
        <w:t>2. Information We Collect</w:t>
      </w:r>
    </w:p>
    <w:p w14:paraId="44701E17" w14:textId="2421D8EA" w:rsidR="00BF3814" w:rsidRDefault="00F11EF8">
      <w:r>
        <w:t>- Full name</w:t>
      </w:r>
      <w:r>
        <w:br/>
        <w:t>- Phone number</w:t>
      </w:r>
      <w:r>
        <w:br/>
        <w:t xml:space="preserve">- </w:t>
      </w:r>
      <w:r w:rsidR="008139C9">
        <w:t>Pick-up</w:t>
      </w:r>
      <w:r>
        <w:t xml:space="preserve"> addres</w:t>
      </w:r>
      <w:r w:rsidR="008139C9">
        <w:t>s</w:t>
      </w:r>
      <w:r w:rsidR="008139C9">
        <w:br/>
        <w:t>-Drop-Off Adress</w:t>
      </w:r>
      <w:r>
        <w:br/>
      </w:r>
    </w:p>
    <w:p w14:paraId="1C3F1EA4" w14:textId="77777777" w:rsidR="00BF3814" w:rsidRDefault="00F11EF8">
      <w:pPr>
        <w:pStyle w:val="Heading2"/>
      </w:pPr>
      <w:r>
        <w:t>3. How We Use Your Information</w:t>
      </w:r>
    </w:p>
    <w:p w14:paraId="3C873B97" w14:textId="7DE60FC5" w:rsidR="00BF3814" w:rsidRDefault="00F11EF8">
      <w:r>
        <w:t>- Provide services</w:t>
      </w:r>
      <w:r>
        <w:br/>
        <w:t>- Communicate updates</w:t>
      </w:r>
      <w:r>
        <w:br/>
        <w:t>- Comply with legal obligations</w:t>
      </w:r>
    </w:p>
    <w:p w14:paraId="2B05EAAC" w14:textId="77777777" w:rsidR="00BF3814" w:rsidRDefault="00F11EF8">
      <w:pPr>
        <w:pStyle w:val="Heading2"/>
      </w:pPr>
      <w:r>
        <w:t>4. Cookies and Tracking Technologies</w:t>
      </w:r>
    </w:p>
    <w:p w14:paraId="1D0881A8" w14:textId="77777777" w:rsidR="00BF3814" w:rsidRDefault="00F11EF8">
      <w:r>
        <w:t>We may use cookies and similar technologies to improve functionality and analyze usage.</w:t>
      </w:r>
    </w:p>
    <w:p w14:paraId="6A62D435" w14:textId="77777777" w:rsidR="00BF3814" w:rsidRDefault="00F11EF8">
      <w:pPr>
        <w:pStyle w:val="Heading2"/>
      </w:pPr>
      <w:r>
        <w:t>5. Sharing of Information</w:t>
      </w:r>
    </w:p>
    <w:p w14:paraId="6C73EEB6" w14:textId="77777777" w:rsidR="00BF3814" w:rsidRDefault="00F11EF8">
      <w:r>
        <w:t>We may share information with service providers, payment processors, legal authorities, or business successors when necessary.</w:t>
      </w:r>
    </w:p>
    <w:p w14:paraId="3699A6D1" w14:textId="77777777" w:rsidR="00BF3814" w:rsidRDefault="00F11EF8">
      <w:pPr>
        <w:pStyle w:val="Heading2"/>
      </w:pPr>
      <w:r>
        <w:t>6. Data Security</w:t>
      </w:r>
    </w:p>
    <w:p w14:paraId="3FA16C94" w14:textId="77777777" w:rsidR="00BF3814" w:rsidRDefault="00F11EF8">
      <w:r>
        <w:t>We implement reasonable safeguards to protect personal information, but no system is completely secure.</w:t>
      </w:r>
    </w:p>
    <w:p w14:paraId="2ECF3CA3" w14:textId="77777777" w:rsidR="00BF3814" w:rsidRDefault="00F11EF8">
      <w:pPr>
        <w:pStyle w:val="Heading2"/>
      </w:pPr>
      <w:r>
        <w:t>7. Your Privacy Rights</w:t>
      </w:r>
    </w:p>
    <w:p w14:paraId="5F560F02" w14:textId="77777777" w:rsidR="00BF3814" w:rsidRDefault="00F11EF8">
      <w:r>
        <w:t>Depending on your location, you may have rights to access, correct, delete, or restrict processing of your personal information.</w:t>
      </w:r>
    </w:p>
    <w:p w14:paraId="038A98BF" w14:textId="77777777" w:rsidR="00BF3814" w:rsidRDefault="00F11EF8">
      <w:pPr>
        <w:pStyle w:val="Heading2"/>
      </w:pPr>
      <w:r>
        <w:t>8. California Privacy Rights (CCPA/CPRA)</w:t>
      </w:r>
    </w:p>
    <w:p w14:paraId="771282C4" w14:textId="77777777" w:rsidR="00BF3814" w:rsidRDefault="00F11EF8">
      <w:r>
        <w:t>California residents may have additional rights regarding their personal information.</w:t>
      </w:r>
    </w:p>
    <w:p w14:paraId="120183C3" w14:textId="53E1C56F" w:rsidR="00BF3814" w:rsidRDefault="008139C9">
      <w:pPr>
        <w:pStyle w:val="Heading2"/>
      </w:pPr>
      <w:r>
        <w:lastRenderedPageBreak/>
        <w:t>9</w:t>
      </w:r>
      <w:r w:rsidR="00F11EF8">
        <w:t>. Children’s Privacy</w:t>
      </w:r>
    </w:p>
    <w:p w14:paraId="5F28900D" w14:textId="77777777" w:rsidR="00BF3814" w:rsidRDefault="00F11EF8">
      <w:r>
        <w:t>Our services are not intended for children under the applicable legal age.</w:t>
      </w:r>
    </w:p>
    <w:p w14:paraId="322B361D" w14:textId="5B27F2F4" w:rsidR="00BF3814" w:rsidRDefault="00F11EF8">
      <w:pPr>
        <w:pStyle w:val="Heading2"/>
      </w:pPr>
      <w:r>
        <w:t>1</w:t>
      </w:r>
      <w:r w:rsidR="008139C9">
        <w:t>0</w:t>
      </w:r>
      <w:r>
        <w:t>. Changes to This Policy</w:t>
      </w:r>
    </w:p>
    <w:p w14:paraId="3EC7C5E2" w14:textId="77777777" w:rsidR="00BF3814" w:rsidRDefault="00F11EF8">
      <w:r>
        <w:t>We may update this Privacy Policy periodically. Updates will be posted with a revised effective date.</w:t>
      </w:r>
    </w:p>
    <w:p w14:paraId="10FF56A8" w14:textId="72CF8215" w:rsidR="00BF3814" w:rsidRDefault="00F11EF8">
      <w:pPr>
        <w:pStyle w:val="Heading2"/>
      </w:pPr>
      <w:r>
        <w:t>1</w:t>
      </w:r>
      <w:r w:rsidR="008139C9">
        <w:t>1</w:t>
      </w:r>
      <w:r>
        <w:t>. Contact Information</w:t>
      </w:r>
    </w:p>
    <w:p w14:paraId="2EAC1F8F" w14:textId="57BE66F3" w:rsidR="00BF3814" w:rsidRDefault="008139C9">
      <w:r>
        <w:t>Sunrise Poppy Medical Transport</w:t>
      </w:r>
      <w:r w:rsidR="00F11EF8">
        <w:br/>
      </w:r>
      <w:r>
        <w:t>160 Main Street, Suite #8</w:t>
      </w:r>
      <w:r w:rsidR="00F11EF8">
        <w:br/>
      </w:r>
      <w:r>
        <w:t>San Jacinto, CA 92583</w:t>
      </w:r>
      <w:r w:rsidR="00F11EF8">
        <w:br/>
        <w:t xml:space="preserve">Email: </w:t>
      </w:r>
      <w:r>
        <w:t>sunrisepoppytransport@gmail.com</w:t>
      </w:r>
      <w:r w:rsidR="00F11EF8">
        <w:br/>
        <w:t xml:space="preserve">Phone: </w:t>
      </w:r>
      <w:r>
        <w:t>951-292-0475</w:t>
      </w:r>
      <w:r w:rsidR="00F11EF8">
        <w:br/>
        <w:t xml:space="preserve">Website: </w:t>
      </w:r>
    </w:p>
    <w:p w14:paraId="62564569" w14:textId="3E806FCA" w:rsidR="00BF3814" w:rsidRDefault="00BF3814"/>
    <w:p w14:paraId="1482F922" w14:textId="63758182" w:rsidR="008139C9" w:rsidRDefault="008139C9">
      <w:r>
        <w:t>OPT-IN</w:t>
      </w:r>
    </w:p>
    <w:p w14:paraId="27672AD9" w14:textId="7E464DAA" w:rsidR="008139C9" w:rsidRDefault="008139C9" w:rsidP="008139C9">
      <w:r>
        <w:t>If you would like to receive text message communication, text START to this phone number. (951-292-0475), SUNRISE POPPY TRANSPORTATION you will be opting-in to receive text messages</w:t>
      </w:r>
    </w:p>
    <w:p w14:paraId="3BE39F8C" w14:textId="77777777" w:rsidR="008139C9" w:rsidRDefault="008139C9" w:rsidP="008139C9">
      <w:r>
        <w:t>Message frequency varies and may include:</w:t>
      </w:r>
    </w:p>
    <w:p w14:paraId="266C9A19" w14:textId="77777777" w:rsidR="008139C9" w:rsidRDefault="008139C9" w:rsidP="008139C9">
      <w:r>
        <w:t>-Reminders and Confirmation for appointments</w:t>
      </w:r>
    </w:p>
    <w:p w14:paraId="2F607B90" w14:textId="2E2CED88" w:rsidR="008139C9" w:rsidRDefault="008139C9" w:rsidP="008139C9">
      <w:r>
        <w:t xml:space="preserve">-Information for client's name, pick-up and </w:t>
      </w:r>
      <w:r>
        <w:t>drop-off</w:t>
      </w:r>
      <w:r>
        <w:t xml:space="preserve"> address</w:t>
      </w:r>
    </w:p>
    <w:p w14:paraId="23710BEC" w14:textId="77777777" w:rsidR="008139C9" w:rsidRDefault="008139C9" w:rsidP="008139C9">
      <w:r>
        <w:t>-Text with an estimate for the appointment</w:t>
      </w:r>
    </w:p>
    <w:p w14:paraId="42E31096" w14:textId="77777777" w:rsidR="008139C9" w:rsidRDefault="008139C9" w:rsidP="008139C9"/>
    <w:p w14:paraId="1C0018A5" w14:textId="77777777" w:rsidR="008139C9" w:rsidRDefault="008139C9" w:rsidP="008139C9">
      <w:r>
        <w:t>Message and data rates may apply. You may opt-out at any time by replying STOP to Unsubscribe.</w:t>
      </w:r>
    </w:p>
    <w:p w14:paraId="5B24AE3D" w14:textId="4ABE36BA" w:rsidR="008139C9" w:rsidRDefault="008139C9" w:rsidP="008139C9">
      <w:r>
        <w:t>For assistance, reply HELP or contact support at 951-350-5604</w:t>
      </w:r>
    </w:p>
    <w:p w14:paraId="20DF8C74" w14:textId="3CBC79A5" w:rsidR="008139C9" w:rsidRDefault="008139C9" w:rsidP="008139C9">
      <w:r w:rsidRPr="008139C9">
        <w:t>• Non-Sharing Clause: We do not share your data with third parties for marketing purposes. (</w:t>
      </w:r>
      <w:r w:rsidRPr="008139C9">
        <w:t>Sunrise Poppy</w:t>
      </w:r>
      <w:r w:rsidRPr="008139C9">
        <w:t xml:space="preserve"> Transport) will not sell, rent, or share the collected mobile number</w:t>
      </w:r>
    </w:p>
    <w:sectPr w:rsidR="008139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3138672">
    <w:abstractNumId w:val="8"/>
  </w:num>
  <w:num w:numId="2" w16cid:durableId="1945918772">
    <w:abstractNumId w:val="6"/>
  </w:num>
  <w:num w:numId="3" w16cid:durableId="910848065">
    <w:abstractNumId w:val="5"/>
  </w:num>
  <w:num w:numId="4" w16cid:durableId="1251083164">
    <w:abstractNumId w:val="4"/>
  </w:num>
  <w:num w:numId="5" w16cid:durableId="700785060">
    <w:abstractNumId w:val="7"/>
  </w:num>
  <w:num w:numId="6" w16cid:durableId="292637836">
    <w:abstractNumId w:val="3"/>
  </w:num>
  <w:num w:numId="7" w16cid:durableId="705523211">
    <w:abstractNumId w:val="2"/>
  </w:num>
  <w:num w:numId="8" w16cid:durableId="1120955921">
    <w:abstractNumId w:val="1"/>
  </w:num>
  <w:num w:numId="9" w16cid:durableId="1934630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33D"/>
    <w:rsid w:val="0015074B"/>
    <w:rsid w:val="001D3F25"/>
    <w:rsid w:val="001F6997"/>
    <w:rsid w:val="0029639D"/>
    <w:rsid w:val="00326F90"/>
    <w:rsid w:val="00487065"/>
    <w:rsid w:val="008139C9"/>
    <w:rsid w:val="00AA1D8D"/>
    <w:rsid w:val="00B47730"/>
    <w:rsid w:val="00BF3814"/>
    <w:rsid w:val="00CB0664"/>
    <w:rsid w:val="00F11E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18251B"/>
  <w14:defaultImageDpi w14:val="300"/>
  <w15:docId w15:val="{BAFFF57B-DB6D-4CBF-BF94-1568987F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139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3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juan garces</cp:lastModifiedBy>
  <cp:revision>2</cp:revision>
  <dcterms:created xsi:type="dcterms:W3CDTF">2026-07-18T00:35:00Z</dcterms:created>
  <dcterms:modified xsi:type="dcterms:W3CDTF">2026-07-18T00:35:00Z</dcterms:modified>
  <cp:category/>
</cp:coreProperties>
</file>